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שהמורה בוחנת גם את הדרך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פשוט של שלבי עבודה ושימוש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משוב, תיקון והסבר על 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פשוטה ושיחה קצרה על תהליך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לא רק מה שהגשתי, גם איך הגעתי לזה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התוצר הסופי לא מספר את כל הסיפור - לכן בודקים גם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רושמים ביומן התהליך את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 ממשיכים בלי שהמורה או חבר בדקו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לא רק מה שהגשתי, גם איך הגעתי לזה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(מחלקים את המשימה לחלקים קטנים, ולכל חלק תוצר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מה שאלתי, מה קיבלתי ומה שיניתי)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(מתקנים את העבודה אחרי הערות, ומראים מה תוקן)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לא רק מה שהגשתי, גם איך הגעתי לזה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שלבים ונקודות עצירה בדרך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קל יותר לראות את ההתקדמות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בנקודת עצירה בודקים את העבודה לפני שממשיכים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יומן התהליך עוזר לזכור את כל הדרך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ונקודות עצירה בדרך – התאמת שלב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נושא וכותבים רעיונות 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קצרה של המורה או חבר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לתעד מה עשינו בדרך, שלב אחרי שלב)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ונקודות עצירה בדרך – תכנון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מתעדים את הדרך: מה שאלתי, מה קיבלתי, מה שיניתי – מה זה יומן תהליך?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ביומן תהליך כותבים את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בודקים אם התשובה נכונה לפני שמשתמשים 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ההערכה בודקת את התהליך, לא רק את התוצר הסופי.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מתעדים את הדרך: מה שאלתי, מה קיבלתי, מה שיניתי – משלימים את משפטי התיעוד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מתעדים את הדרך: מה שאלתי, מה קיבלתי, מה שיניתי – כותבים יומן תהליך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שאלה הקשורה לנושא הנלמד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משוב ותיקון: לומדים מהערות – זוכרים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שמשוב יכול להגיע ממורה, מעמיתים או מבוט מלווה.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באתר שהשיפור הוא חלק מהציון, לא רק התוצר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התיעוד הפשוטה שמוצעת ביסודי.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לומדים מהערות – מתאימים הערה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(מוסיפים כיתוב קצר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(מתקנים את האיות)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(כותבים את המשפט מחדש בבירור)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(מוסיפים דוגמה למה שכתבתי)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לומדים מהערות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שהמשוב יהיה מנומס וממוקד, למשל: אולי תוסיף עוד פרט קטן.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רפלקציה ברמזור ושיחה על העבודה – מה זה רמזור?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צבעי הרמזור שמשמשים לרפלקציה על שלבי העבודה.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ירוק מסמן שהתלמיד מבין ויכול להסביר את השלב; אדום מסמן שהוא לא הבין.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השיחה בסוף המשימה מבקשת מהתלמיד להסביר את הבחירות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רפלקציה ברמזור ושיחה על העבודה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ברמזור ושיחה על העבודה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שהצבע שנבחר יתאים להסבר, למשל ירוק עם ההסבר 'הבנתי את זה לבד'.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כללי המשחק: מה מותר ומה אסור עם AI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בגילאים האלה התלמידים מתבוננים, מתעדים ומשקפים, וה-AI נמצא אצל המורה - למשל ליצירת תמונות וסיפורים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1 אין בכלל AI - התלמיד מראה מה הוא יודע ויכול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כללי המשחק: מה מותר ומה אסור עם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(רמה 1-2 - ה-AI בידי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(רמה 2-3 - שימוש מודרך ומתועד)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(בלי AI בכלל - התלמיד עובד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כללי המשחק: מה מותר ומה אסור עם AI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המורה יוצרת תמונה או סיפור בעזרת AI ומציגה אותם לכיתה, והתלמידים מתבוננים ומגיבים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על כל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הגעתי לתוצר -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לעצור בנקודות עצירה ולבדוק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בדיקה קצרה באמצע הדרך לפני שממשיכים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אחד מהעבודה, כולל מה שאלו/קיבלו/שינו, בכמה משפטים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לפחות שני שלבים מסודרים מהעבודה, 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קיים רישום פשוט ביומן התהליך עם שלוש השאלות: שאלתי-קיבלתי-שיניתי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קונקרטית לשינוי ולסיבה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 - פרק אחד או שניים בכל פעם, עם זמן תרגול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להתמקד בפרקים 1-2-5 עם ציור ושיחה, בלי שימוש עצמאי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ד׳-ו׳ אפשר להוסיף את פרק 6 ולתרגל יומן תהליך קצר עם שימוש מודרך בכלי AI שהמורה מציגה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- להפוך את יומן התהליך לטבלת סימונים (וי) במקום כתיבה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נתרגל איך לעבוד שלב אחר שלב, איך לתעד את מה שעשינו, ואיך לספר למורה או לחבר על הדרך שעברנו. בכל פרק יש תרגילים קצרים - אפשר לעבוד לבד או בזוגות, ולעצור לבדיקה בכל נקודת עצירה.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לבדוק  ·  לשאול  ·  צהוב  ·  ירוק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לא רק מה שהגשתי, גם איך הגעתי לזה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כשבודקים רק את התוצר הסופי, רואים את כל מה שהתלמיד חשב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תיעוד זה לכתוב מה שאלתי, מה קיבלתי ומה שיניתי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 עצירה היא בדיקה קצרה באמצע העבודה, לפני שממשיכים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לא רק מה שהגשתי, גם איך הגעתי לזה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מה שאלתי, מה קיבלתי ומה שיניתי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מתקנים את העבודה אחרי הערות, ומראים מה תוקן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מחלקים את המשימה לחלקים קטנים, ולכל חלק תוצר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לא רק מה שהגשתי, גם איך הגעתי לזה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שלבים ונקודות עצירה בדרך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כשמחלקים משימה לשלבים, יש תוצר קטן בסוף כל 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 עצירה היא מקום שבו ממשיכים הלאה בלי לבדוק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לתעד ביומן התהליך מה שאלנו ומה קיבלנו.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שלבים ונקודות עצירה בדרך – התאמת שלב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בדיקה קצרה של המורה או חבר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לתעד מה עשינו בדרך, שלב אחרי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נושא וכותבים רעיונות ראשונים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שלבים ונקודות עצירה בדרך – תכנון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מתעדים את הדרך: מה שאלתי, מה קיבלתי, מה שיניתי – מה זה יומן תהליך?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תהליך כותבים רק את התוצר הסופי של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שמקבלים תשובה מבינה מלאכותית, צריך לבדוק אותה ולא להעתיק אותה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תהליך עוזר למורה לראות איך התלמיד או התלמידה חשבו בדרך, לא רק מה הגישו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מתעדים את הדרך: מה שאלתי, מה קיבלתי, מה שיניתי – משלימים את משפטי התיעוד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שפונים לבינה מלאכותית, כדאי לחשוב מה בדיוק רוצים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שמקבלים תשובה מבינה מלאכותית, חשוב __________ אותה ולא להעתיק מיד.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מתעדים את הדרך: מה שאלתי, מה קיבלתי, מה שיניתי – כותבים יומן תהליך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ששאלתם בינה מלאכותית שאלה על נושא שאתם לומדים עכשיו. כתבו משפט אחד: מה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משוב ותיקון: לומדים מהערות – זוכרים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על עבודה יכול להגיע מהמורה, מחבר לכיתה או מבוט מלווה.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השיפור שהתלמיד עושה אחרי המשוב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ביסודי מתעדים בפשטות: מה שאלתי, מה קיבלתי, מה שיניתי.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משוב ותיקון: לומדים מהערות – מתאימים הערה לתיקון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כתב: התמונה יפה אבל חסר כיתוב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מוסיפים דוגמה למה שכתבתי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המורה כתבה: בדקי את האיות של המילה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מוסיפים כיתוב קצר לתמונה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 אמר: המשפט הראשון לא ברור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מתקנים את האיות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המורה כתבה: תוסיפי דוגמה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כותבים את המשפט מחדש בבירור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משוב ותיקון: לומדים מהערות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משוב מנומס אחד שהייתם נותנים לחבר על ציור או משפט שכתב.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רפלקציה ברמזור ושיחה על העבודה – מה זה רמזור?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ברפלקציה בשיטת הרמזור משתמשים בשלושה צבעים: ירוק, צהוב ואדום.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הצבע ירוק ברמזור מסמן שהתלמיד לא הבין בכלל את השלב.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משימת ההערכה יש גם שיחה קצרה שבה התלמיד מסביר בחירה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רפלקציה ברמזור ושיחה על העבודה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כשתלמיד מרגיש שהוא מבין שלב בעבודה ויכול להסביר אותו,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כשתלמיד עדיין לא בטוח ולא הבין לגמרי שלב בעבודה, הוא מסמן ברמזור את הצבע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רפלקציה ברמזור ושיחה על העבודה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שלב אחד מעבודה שעשיתם לאחרונה. איזה צבע רמזור הייתם בוחרים לו? כתבו משפט שמסביר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כללי המשחק: מה מותר ומה אסור עם AI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בכיתות א׳-ג׳ הבינה המלאכותית נמצאת בעיקר בידי המורה, לא בידי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1 בסולם, התלמיד משתמש ב-AI כדי לכתוב את כל העבודה במקומו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כללי המשחק: מה מותר ומה אסור עם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כיתות א׳-ג׳: המורה יוצרת תמונה והתלמידים מתבוננים ומדברים עליה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רמה 2-3 - שימוש מודרך ומתועד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כיתות ד׳-ו׳: התלמיד שואל AI רעיון לכרזה ורושם ביומן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בלי AI בכלל - התלמיד עובד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רמה 1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רמה 1-2 - ה-AI בידי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כללי המשחק: מה מותר ומה אסור עם AI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דוגמה אחת משיעור שבה ה-AI נמצא בידי המורה בלבד, לא בידי התלמידים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 על כל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בהערכה חלופית, חוץ מהתוצר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הגעתי לתוצר -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כמה זמן לקח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המשימה מחולקת לשלבים?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שהמשימה תהיה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לעצור בנקודות עצירה ולבדוק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שלא יהיה זמן לסיים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"נקודת עצירה"?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בדיקה קצרה באמצע הדרך לפני שממשיכים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הפסקה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שלב אחד שעשיתם במשימה: מה עשיתם בשלב הזה, ומה רשמתם ביומן התהליך?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לחבר מה עשיתי בכל שלב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תיעדתי ביומן התהליך מה שאלתי, מה קיבלתי ומה שיניתי?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