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הערכה חלופית בעידן ה-AI: מתוצר לתהליך (יסודי)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שהמורה בוחנת גם את הדרך ולא רק את התוצר הסופי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תיעוד פשוט של שלבי עבודה ושימוש ב-AI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משוב, תיקון והסבר על שינויים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רפלקציה פשוטה ושיחה קצרה על תהליך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לא רק מה שהגשתי, גם איך הגעתי לזה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התוצר הסופי לא מספר את כל הסיפור - לכן בודקים גם את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רושמים ביומן התהליך את כל הדרך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לא ממשיכים בלי שהמורה או חבר בדקו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רפלקציה היא שיחה שבה מסבירים את הבחירות שעשינו, לא מתחילים מחדש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התלמידים מתבוננים, מציירים וכותבים, והמורה משתמשת בבינה המלאכותית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לא רק מה שהגשתי, גם איך הגעתי לזה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(מחלקים את המשימה לחלקים קטנים, ולכל חלק תוצר ביניים)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(כותבים מה שאלתי, מה קיבלתי ומה שיניתי)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(מתקנים את העבודה אחרי הערות, ומראים מה תוקן)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(שיחה בסוף התהליך שבה מסבירים את הבחירות)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(בדיקה קצרה של המורה או חבר באמצע העבודה)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לא רק מה שהגשתי, גם איך הגעתי לזה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חסר לו תיעוד של התהליך ויכולת להסביר (רפלקציה) - הוא לא יכול להראות איך חשב ובחר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אישית, לדוגמה: אילו שאלות שאלתי, מה גיליתי, מה שיניתי בעבודה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שלבים, תיעוד, משוב ותיקון, 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כדי לראות איך התלמיד חשב, איך פתר בעיות ואיך השתפר בדרך - לא רק את התוצאה הסופית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שלבים ונקודות עצירה בדרך – היכרות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ככה קל יותר לראות את ההתקדמות בדרך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בנקודת עצירה בודקים את העבודה לפני שממשיכים הלאה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יומן התהליך עוזר לזכור את כל הדרך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ברפלקציה מסבירים את הבחירות שעשינו בעבודה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שלבים ונקודות עצירה בדרך – התאמת שלב לתפקיד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(בוחרים נושא וכותבים רעיונות ראשונים)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(בדיקה קצרה של המורה או חבר לפני שממשיכים)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(מקום לתעד מה עשינו בדרך, שלב אחרי שלב)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(מקבלים הערות ומתקנים את העבודה לפיהן)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(חושבים בסוף על הדרך ומסבירים את הבחירות)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שלבים ונקודות עצירה בדרך – תכנון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 שלבים מסודרים, ולכל שלב נקודת עצירה הגיונית וברורה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הכוללת את שלושת החלקים בתבנית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הסבר שמזכיר שבדיקה באמצע עוזרת לתקן טעויות מוקדם ולא בסוף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מתעדים את הדרך: מה שאלתי, מה קיבלתי, מה שיניתי – מה זה יומן תהליך?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ביומן תהליך כותבים את הדרך: מה שאלתי, מה קיבלתי, מה בדקתי ומה שיניתי.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תמיד בודקים אם התשובה נכונה לפני שמשתמשים 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ההערכה בודקת את התהליך, לא רק את התוצר הסופי.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חשוב לרשום מה שיניתי ולמה, כי השיפור הוא חלק מהציון.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מתעדים את הדרך: מה שאלתי, מה קיבלתי, מה שיניתי – משלימים את משפטי התיעוד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לשאול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קיבלתי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מתקן או מתקנת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שינוי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מתעדים את הדרך: מה שאלתי, מה קיבלתי, מה שיניתי – כותבים יומן תהליך משלנו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ברור שמתאר שאלה הקשורה לנושא הנלמד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שמתאר תשובה אפשרית וסבירה לשאלה שנכתבה 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הצעה הגיונית לבדיקה, למשל השוואה לספר או שאלת 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תיאור שינוי הגיוני עם הסבר קצר לסיבה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משוב ותיקון: לומדים מהערות – זוכרים את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באתר כתוב שמשוב יכול להגיע ממורה, מעמיתים או מבוט מלווה.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באתר שהשיפור הוא חלק מהציון, לא רק התוצר הסופי.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דרך התיעוד הפשוטה שמוצעת ביסודי.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בדיוק להפך - בעקבות המשוב מתקנים ומראים מה שונה.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צריך להראות מה תיקנתי ולמה, לא רק לקבל הערה בשתיקה.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משוב ותיקון: לומדים מהערות – מתאימים הערה לתיקון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(מוסיפים כיתוב קצר לתמונה)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(מתקנים את האיות)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(כותבים את המשפט מחדש בבירור)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(מוסיפים דוגמה למה שכתבתי)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(מסבירים איך בדקתי ומאיפה המידע)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(מוסיפים פרט קטן שחסר בעבודה)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משוב ותיקון: לומדים מהערות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מוסיפים צבע לרקע כדי שהציור יהיה ברור ומלא יותר.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קיבלתי משוב זה רק לשמוע הערה; תיקנתי זה לשנות משהו בעבודה בעקבות ההערה.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 - חשוב שהמשוב יהיה מנומס וממוקד, למשל: אולי תוסיף עוד פרט קטן.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כדי שהמורה תראה שהבנתי את ההערה, וכדי שאני אזכור מה למדתי לפעם הבאה.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5 · רפלקציה ברמזור ושיחה על העבודה – מה זה רמזור?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שלושת צבעי הרמזור שמשמשים לרפלקציה על שלבי העבודה.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ירוק מסמן שהתלמיד מבין ויכול להסביר את השלב; אדום מסמן שהוא לא הבין.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השיחה בסוף המשימה מבקשת מהתלמיד להסביר את הבחירות שלו.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הרעיון המרכזי מאחורי השיחה שנערכת בסוף המשימה.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הרמזור לרפלקציה משמש בכל כיתות היסודי, מא׳ עד ו׳.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רפלקציה ברמזור ושיחה על העבודה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צהוב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רפלקציה ברמזור ושיחה על העבודה – כותבים ומסבירים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חשוב שהצבע שנבחר יתאים להסבר, למשל ירוק עם ההסבר 'הבנתי את זה לבד'.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הכוללת תיאור של בחירה מסוימת בעבודה והסבר לסיבה שבגללה נבחרה.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זה מראה שהוא באמת הבין ועשה את העבודה בעצמו, ולא רק הגיש תוצר מוכן.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אישית הכוללת שלושה חלקים: תיאור הפעולה שנעשתה, צבע רמזור מתאים ונימוק קצר לבחירת הצבע.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6 · כללי המשחק: מה מותר ומה אסור עם AI – מה זוכרים?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בגילאים האלה התלמידים מתבוננים, מתעדים ומשקפים, וה-AI נמצא אצל המורה - למשל ליצירת תמונות וסיפורים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ברמה 1 אין בכלל AI - התלמיד מראה מה הוא יודע ויכול בעצמו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התיעוד הפשוט הוא: מה שאלתי - מה קיבלתי - מה שיניתי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ברמה 2 מותר להיעזר ב-AI רק לרעיונות ולתכנון, אבל התוצר עצמו נכתב ונבנה בידי התלמיד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כללי המשחק: מה מותר ומה אסור עם AI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(רמה 1-2 - ה-AI בידי המורה)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(רמה 2-3 - שימוש מודרך ומתועד)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(בלי AI בכלל - התלמיד עובד לבד)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(AI לרעיונות ותכנון בלבד, התוצר נכתב בידי התלמיד)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(AI עוזר לאורך העבודה, והתלמיד בודק ומחליט בעצמו)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כללי המשחק: מה מותר ומה אסור עם AI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רמה 2 - כי ה-AI נתן רק רעיון לתכנון, והתוצר עצמו נבנה בידי התלמיד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רמה 1 - כי ה-AI נמצא אצל המורה בלבד, והתלמידה לא משתמשת בו בעצמה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מה שאלתי את ה-AI, ומה שיניתי בתוצר שקיבלתי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לדוגמה: המורה יוצרת תמונה או סיפור בעזרת AI ומציגה אותם לכיתה, והתלמידים מתבוננים ומגיבים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אמריקאיות על כל הפרק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איך הגעתי לתוצר - את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כדי לעצור בנקודות עצירה ולבדוק בדרך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בדיקה קצרה באמצע הדרך לפני שממשיכים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מה שאלתי, מה קיבלתי ומה שיניתי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כדי לתקן ולשפר לפני שהמשימה נגמרת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מסמנים צבע שמתאר כמה הבנתי או הצלחתי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מה מותר ומה אסור במשימה הזו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כי זה מראה שבאמת הבנתי ועשיתי את העבודה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שלב אחד מהעבודה, כולל מה שאלו/קיבלו/שינו, בכמה משפטים פשוטים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שמזכירה שהדרך מראה איך חשבתי, מה תכננתי, מה תיקנתי ומה למדתי בדרך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מותר - לבקש רעיונות לפתיחה; אסור - להעתיק תשובה מוכנה בלי לבדוק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מתאר לפחות שני שלבים מסודרים מהעבודה, לא רק את התוצר הסופי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קיים רישום פשוט ביומן התהליך עם שלוש השאלות: שאלתי-קיבלתי-שיניתי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נותן דוגמה קונקרטית לשינוי ולסיבה לשינוי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לפזר את הפרקים על פני כמה שיעורים - פרק אחד או שניים בכל פעם, עם זמן תרגול אמיתי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א׳-ג׳ מומלץ להתמקד בפרקים 1-2-5 עם ציור ושיחה, בלי שימוש עצמאי ב-AI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ד׳-ו׳ אפשר להוסיף את פרק 6 ולתרגל יומן תהליך קצר עם שימוש מודרך בכלי AI שהמורה מציגה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שזקוקים לתמיכה - להפוך את יומן התהליך לטבלת סימונים (וי) במקום כתיבה חופשית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הערכה חלופית בעידן ה-AI: מתוצר לתהליך (יסודי)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נלמד לעבוד לאט לאט, שלב אחרי שלב. נכתוב מה עשינו בכל שלב. נספר על הדרך שלנו, לא רק על התוצאה הסופית.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תהליך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הדרך שעברתי כדי להגיע לתוצר, לא רק הסוף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תוצר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שהגשתי בסוף - ציור, מצגת, כרזה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תיעוד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או לצייר מה עשיתי בכל שלב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יומן תהליך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שבו רושמים: מה שאלתי, מה קיבלתי, מה שיניתי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 עצירה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בעבודה שבו עוצרים ובודקים לפני שממשיכים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הערה מהמורה או מחבר שעוזרת לשפר את העבודה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תיקון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שעשיתי בעבודה אחרי משוב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ולספר איך עבדתי ומה למדתי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שיטה לבדוק את עצמי בירוק (טוב), צהוב (בינוני) ואדום (צריך עזרה)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בינה מלאכותית (AI)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תוכנה שיכולה לעזור ברעיונות, בתמונות או במידע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לא רק מה שהגשתי, גם איך הגעתי לזה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כשבודקים רק את התוצר הסופי, רואים את כל מה שהתלמיד חשב בדרך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תיעוד זה לכתוב מה שאלתי, מה קיבלתי ומה שיניתי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נקודת עצירה היא בדיקה קצרה באמצע העבודה, לפני שממשיכים הלאה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רפלקציה היא החלק שבו מוחקים הכל ומתחילים מחדש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בכיתות א׳-ג׳ הבינה המלאכותית נמצאת בעיקר בידי המורה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לא רק מה שהגשתי, גם איך הגעתי לזה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כותבים מה שאלתי, מה קיבלתי ומה שיניתי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תיעוד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מחלקים את המשימה לחלקים קטנים, ולכל חלק תוצר ביניים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משוב ותיקון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שיחה בסוף התהליך שבה מסבירים את הבחירות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רפלקציה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בדיקה קצרה של המורה או חבר באמצע העבודה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נקודת עצירה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מתקנים את העבודה אחרי הערות, ומראים מה תוקן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לא רק מה שהגשתי, גם איך הגעתי לזה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תלמיד הגיש כרזה יפה, אבל לא זוכר איך בנה אותה ולא יודע להסביר את הבחירות שלו. מה חסר לו, לפי מה שלמדנו?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אחת לדבר שהייתם רושמים ביומן תהליך, בעבודה על נושא שאתם לומדים עכשיו בכיתה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סדרו לפי הסדר הנכון: רפלקציה, משוב ותיקון, שלבים, תיעוד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לדעתכם חשוב שהמורה תראה גם את הטיוטות והתיקונים, ולא רק את העבודה המוגמרת?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שלבים ונקודות עצירה בדרך – היכרות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כשמחלקים משימה לשלבים, יש תוצר קטן בסוף כל שלב.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נקודת עצירה היא מקום שבו ממשיכים הלאה בלי לבדוק כלום.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לתעד ביומן התהליך מה שאלנו ומה קיבלנו.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המשימה יש רפלקציה ושיחה קצרה על הדרך שעברנו.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שלבים ונקודות עצירה בדרך – התאמת שלב לתפקיד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שלב תכנון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חושבים בסוף על הדרך ומסבירים את הבחירות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נקודת עצירה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בוחרים נושא וכותבים רעיונות ראשונים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יומן תהליך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בדיקה קצרה של המורה או חבר לפני שממשיכים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משוב ותיקון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 לתעד מה עשינו בדרך, שלב אחרי שלב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רפלקציה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מקבלים הערות ומתקנים את העבודה לפיהן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שלבים ונקודות עצירה בדרך – תכנון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תכננו משימה קטנה (למשל כרזה על נושא שאתם לומדים) וחלקו אותה ל-3 שלבים. לכל שלב כתבו נקודת עצירה אחת: מה בודקים לפני שממשיכים הלאה.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אחת למה שאפשר לרשום ביומן התהליך שלכם, לפי התבנית: מה שאלתי - מה קיבלתי - מה שיניתי.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חבר לכיתה ממשיך לכתוב בלי לעצור ולבדוק עם אף אחד. הסבירו לו בכמה משפטים למה כדאי לעצור בנקודת עצירה.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מתעדים את הדרך: מה שאלתי, מה קיבלתי, מה שיניתי – מה זה יומן תהליך?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ביומן תהליך כותבים רק את התוצר הסופי של העבודה.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שמקבלים תשובה מבינה מלאכותית, צריך לבדוק אותה ולא להעתיק אותה מיד.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יומן תהליך עוזר למורה לראות איך התלמיד או התלמידה חשבו בדרך, לא רק מה הגישו בסוף.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שיניתי משהו בעבודה אחרי משוב, אין צורך לכתוב מה שיניתי.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מתעדים את הדרך: מה שאלתי, מה קיבלתי, מה שיניתי – משלימים את משפטי התיעוד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שפונים לבינה מלאכותית, כדאי לחשוב מה בדיוק רוצים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שמקבלים תשובה מבינה מלאכותית, חשוב __________ אותה ולא להעתיק מיד.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ביומן התהליך כותבים: מה שאלתי, מה __________, מה בדקתי ומה שיניתי.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אם מצאתי טעות בתשובה של הבינה המלאכותית, אני __________ אותה בעבודה שלי.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המשפט "מה שיניתי" ביומן מתאר את ה__________ שעשיתי בתוצר אחרי הבדיקה.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מתעדים את הדרך: מה שאלתי, מה קיבלתי, מה שיניתי – כותבים יומן תהליך משלנו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ששאלתם בינה מלאכותית שאלה על נושא שאתם לומדים עכשיו. כתבו משפט אחד: מה הייתם שואלים?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שמתאר מה אתם חושבים שהייתם מקבלים כתשובה.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אחד: איך הייתם בודקים אם התשובה שקיבלתם נכונה?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משפט אחד: מה הייתם משנים או מתקנים בתשובה,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משוב ותיקון: לומדים מהערות – זוכרים את הרעיון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משוב על עבודה יכול להגיע מהמורה, מחבר לכיתה או מבוט מלווה.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השיפור שהתלמיד עושה אחרי המשוב הוא חלק מהציון.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ביסודי מתעדים בפשטות: מה שאלתי, מה קיבלתי, מה שיניתי.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שמקבלים משוב, אסור לשנות כלום בעבודה.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מספיק לקבל הערת משוב בלי להסביר מה תיקנתי בעקבותיה.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משוב ותיקון: לומדים מהערות – מתאימים הערה לתיקון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חבר כתב: התמונה יפה אבל חסר כיתוב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מתקנים את האיות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המורה כתבה: בדקי את האיות של המילה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מסבירים איך בדקתי ומאיפה המידע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חבר אמר: המשפט הראשון לא ברור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מוסיפים דוגמה למה שכתבתי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המורה כתבה: תוסיפי דוגמה אחת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מוסיפים כיתוב קצר לתמונה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בוט מלווה שאל: איך בדקת את המידע הזה?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מוסיפים פרט קטן שחסר בעבודה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חבר אמר: אפשר להוסיף עוד פרט קטן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כותבים את המשפט מחדש בבירור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משוב ותיקון: לומדים מהערות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קיבלתם משוב מחבר שאמר שחסר צבע ברקע הציור. כתבו: מה תתקנו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'קיבלתי משוב' לבין 'תיקנתי בעקבות משוב'? כתבו במשפט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משוב מנומס אחד שהייתם נותנים לחבר על ציור או משפט שכתב.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חשוב לתעד מה שיניתם אחרי משוב, ולא רק לתקן בשקט?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5 · רפלקציה ברמזור ושיחה על העבודה – מה זה רמזור?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ברפלקציה בשיטת הרמזור משתמשים בשלושה צבעים: ירוק, צהוב ואדום.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הצבע ירוק ברמזור מסמן שהתלמיד לא הבין בכלל את השלב.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משימת ההערכה יש גם שיחה קצרה שבה התלמיד מסביר בחירה שעשה בעבודה.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שעשה את העבודה בעצמו יודע להסביר אותה בשיחה הקצרה.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הרמזור לרפלקציה משמש רק בכיתה א׳ ולא בכיתות הגבוהות יותר ביסודי.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רפלקציה ברמזור ושיחה על העבודה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כשתלמיד מרגיש שהוא מבין שלב בעבודה ויכול להסביר אותו, הוא מסמן ברמזור את הצבע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כשתלמיד עדיין לא בטוח ולא הבין לגמרי שלב בעבודה, הוא מסמן ברמזור את הצבע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כשתלמיד לא הבין בכלל שלב ועדיין צריך עזרה, הוא מסמן ברמזור את הצבע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בשיחה הקצרה בסוף המשימה המורה מבקשת מהתלמיד: הסבר לי את ה__________ הזו.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רפלקציה ברמזור ושיחה על העבודה – כותבים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שלב אחד מעבודה שעשיתם לאחרונה. איזה צבע רמזור הייתם בוחרים לו? כתבו משפט שמסביר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דמיינו שהמורה שואלת אתכם: הסבר לי את הבחירה הזו. בחרו בחירה אחת שעשיתם בעבודה וכתבו 2-3 משפטים שמסבירים אותה.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חשוב שתלמיד שעשה עבודה בעצמו יוכל להסביר אותה בעל פה? כתבו משפט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רפלקציה קצרה של שלושה משפטים על שלב אחד בעבודה: מה עשיתי, איזה צבע רמזור מתאים לו,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6 · כללי המשחק: מה מותר ומה אסור עם AI – מה זוכרים?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בכיתות א׳-ג׳ הבינה המלאכותית נמצאת בעיקר בידי המורה, לא בידי התלמידים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ברמה 1 בסולם, התלמיד משתמש ב-AI כדי לכתוב את כל העבודה במקומו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בכיתות ד׳-ו׳, כשמשתמשים ב-AI חשוב לתעד מה שאלו ומה קיבלו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ברמה 2 בסולם, התוצר הסופי נכתב כולו על ידי ה-AI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6 · כללי המשחק: מה מותר ומה אסור עם AI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כיתות א׳-ג׳: המורה יוצרת תמונה והתלמידים מתבוננים ומדברים עליה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בלי AI בכלל - התלמיד עובד לבד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כיתות ד׳-ו׳: התלמיד שואל AI רעיון לכרזה ורושם ביומן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AI לרעיונות ותכנון בלבד, התוצר נכתב בידי התלמיד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רמה 1 בסולם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רמה 1-2 - ה-AI בידי המורה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רמה 2 בסולם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AI עוזר לאורך העבודה, והתלמיד בודק ומחליט בעצמו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רמה 3 בסולם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רמה 2-3 - שימוש מודרך ומתועד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כללי המשחק: מה מותר ומה אסור עם AI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תלמיד בכיתה ה׳ ביקש מ-AI רעיון לכרזה, ואז בנה את הכרזה בעצמו. באיזו רמת AIAS מדובר? הסבירו במשפט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תלמידה בכיתה ג׳ קיבלה תמונה שהמורה יצרה בעזרת AI, וכתבה עליה משפט בעצמה. רמה 1 או רמה 2?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שני דברים שחשוב לתעד כשמשתמשים ב-AI בכיתות ד׳-ו׳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תארו דוגמה אחת משיעור שבה ה-AI נמצא בידי המורה בלבד, לא בידי התלמידים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אמריקאיות על כל הפרק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עוד בודקים, לא רק את הדף שהגשתי?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הציון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 הגעתי לתוצר - את התהליך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כמה זמן לקח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איך זה נראה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עובדים לפי שלבים?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שהמשימה תהיה ארוכה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לעצור בנקודות עצירה ולבדוק בדרך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שלא יהיה זמן לסיים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בלי סיבה מיוחדת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נקודת עצירה?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סוף המשימה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בדיקה קצרה באמצע הדרך לפני שממשיכים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הפסקה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הציון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כותבים ביומן התהליך?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התאריך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שאלתי, מה קיבלתי ומה שיניתי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את השם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את הציון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טוב לקבל הערות באמצע העבודה?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לקבל ציון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לתקן ולשפר לפני שהמשימה נגמרת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לסיים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לא ממש 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זה רפלקציה ברמזור?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צובעים תמונה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מסמנים צבע שמתאר כמה הבנתי או הצלחתי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משחקים במחשב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כותבים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צריך לדעת לפני שמשתמשים בבינה מלאכותית?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שום דבר, מותר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מותר ומה אסור במשימה הזו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את הסיסמה של המחשב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את צבע המסך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למה כדאי לדעת להסביר מה עשיתי בעבודה?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זה מראה שבאמת הבנתי ועשיתי את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חייבים בלי שום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מקצר את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לא חשוב בכלל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שלב אחד שעשיתם במשימה: מה עשיתם בשלב הזה, ומה רשמתם ביומן התהליך?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שלכם: למה חשוב לבדוק גם את הדרך שבה עשינו עבודה, ולא רק את התוצר הסופי?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דוגמה אחת למשהו שמותר לעשות עם AI במשימה, ודוגמה אחת למשהו שאסור לעשות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להסביר לחבר מה עשיתי בכל שלב בעבודה שלי?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תיעדתי ביומן התהליך מה שאלתי, מה קיבלתי ומה שיניתי?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להראות דוגמה אחת לדבר שתיקנתי אחרי משוב?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הערכה חלופית בעידן ה-AI: מתוצר לתהליך (יסודי)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