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שהמורה בוחנת גם את הדרך ולא רק את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פשוט של שלבי עבודה ושימוש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משוב, תיקון והסבר על 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רפלקציה פשוטה ושיחה קצרה על תהליך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לא רק מה שהגשתי, גם איך הגעתי לזה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התוצר הסופי לא מספר את כל הסיפור - לכן בודקים גם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רושמים ביומן התהליך את כל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לא ממשיכים בלי שהמורה או חבר בדקו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רפלקציה היא שיחה שבה מסבירים את הבחירות שעשינו, לא מתחילים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התלמידים מתבוננים, מציירים וכותבים, והמורה משתמשת בבינה המלאכותית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לא רק מה שהגשתי, גם איך הגעתי לזה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(מחלקים את המשימה לחלקים קטנים, ולכל חלק תוצר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(כותבים מה שאלתי, מה קיבלתי ומה שיניתי)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(מתקנים את העבודה אחרי הערות, ומראים מה תוקן)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(שיחה בסוף התהליך שבה מסבירים את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(בדיקה קצרה של המורה או חבר באמצע העבודה)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לא רק מה שהגשתי, גם איך הגעתי לזה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חסר לו תיעוד של התהליך ויכולת להסביר (רפלקציה) - הוא לא יכול להראות איך חשב ובחר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לדוגמה: אילו שאלות שאלתי, מה גיליתי, מה שיניתי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שלבים, תיעוד, משוב ותיקון,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לראות איך התלמיד חשב, איך פתר בעיות ואיך השתפר בדרך - לא רק את התוצאה הסופית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שלבים ונקודות עצירה בדרך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ככה קל יותר לראות את ההתקדמות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בנקודת עצירה בודקים את העבודה לפני שממשיכים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יומן התהליך עוזר לזכור את כל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ברפלקציה מסבירים את הבחירות שעשינו בעבודה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שלבים ונקודות עצירה בדרך – התאמת שלב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(בוחרים נושא וכותבים רעיונות ראשונים)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(בדיקה קצרה של המורה או חבר לפני שממשיכים)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(מקום לתעד מה עשינו בדרך, שלב אחרי שלב)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(מקבלים הערות ומתקנים את העבודה לפיהן)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(חושבים בסוף על הדרך ומסבירים את הבחירות)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שלבים ונקודות עצירה בדרך – תכנון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 שלבים מסודרים, ולכל שלב נקודת עצירה הגיונית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את שלושת החלקים בתבנית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שמזכיר שבדיקה באמצע עוזרת לתקן טעויות מוקדם ולא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מתעדים את הדרך: מה שאלתי, מה קיבלתי, מה שיניתי – מה זה יומן תהליך?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ביומן תהליך כותבים את הדרך: מה שאלתי, מה קיבלתי, מה בדקתי ומה שיניתי.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תמיד בודקים אם התשובה נכונה לפני שמשתמשים 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ההערכה בודקת את התהליך, לא רק את התוצר הסופי.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חשוב לרשום מה שיניתי ולמה, כי השיפור הוא חלק מהציון.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מתעדים את הדרך: מה שאלתי, מה קיבלתי, מה שיניתי – משלימים את משפטי התיעוד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קיבלתי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מתקן או מתקנת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מתעדים את הדרך: מה שאלתי, מה קיבלתי, מה שיניתי – כותבים יומן תהליך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שמתאר שאלה הקשורה לנושא הנלמד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שמתאר תשובה אפשרית וסבירה לשאלה שנכתבה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הצעה הגיונית לבדיקה, למשל השוואה לספר או שאלת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שינוי הגיוני עם הסבר קצר לסיבה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משוב ותיקון: לומדים מהערות – זוכרים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שמשוב יכול להגיע ממורה, מעמיתים או מבוט מלווה.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באתר שהשיפור הוא חלק מהציון, לא רק התוצר הסופי.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דרך התיעוד הפשוטה שמוצעת ביסודי.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בדיוק להפך - בעקבות המשוב מתקנים ומראים מה שונה.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להראות מה תיקנתי ולמה, לא רק לקבל הערה בשתיקה.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משוב ותיקון: לומדים מהערות – מתאימים הערה לתיקון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(מוסיפים כיתוב קצר לתמונה)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(מתקנים את האיות)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(כותבים את המשפט מחדש בבירור)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(מוסיפים דוגמה למה שכתבתי)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(מסבירים איך בדקתי ומאיפה המידע)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(מוסיפים פרט קטן שחסר בעבודה)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משוב ותיקון: לומדים מהערות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מוסיפים צבע לרקע כדי שהציור יהיה ברור ומלא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קיבלתי משוב זה רק לשמוע הערה; תיקנתי זה לשנות משהו בעבודה בעקבות ההערה.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חשוב שהמשוב יהיה מנומס וממוקד, למשל: אולי תוסיף עוד פרט קטן.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שהמורה תראה שהבנתי את ההערה, וכדי שאני אזכור מה למדתי לפעם הבאה.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רפלקציה ברמזור ושיחה על העבודה – מה זה רמזור?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שלושת צבעי הרמזור שמשמשים לרפלקציה על שלבי העבודה.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ירוק מסמן שהתלמיד מבין ויכול להסביר את השלב; אדום מסמן שהוא לא הבין.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השיחה בסוף המשימה מבקשת מהתלמיד להסביר את הבחירות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הרעיון המרכזי מאחורי השיחה שנערכת בסוף המשימה.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הרמזור לרפלקציה משמש בכל כיתות היסודי, מא׳ עד ו׳.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רפלקציה ברמזור ושיחה על העבודה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רפלקציה ברמזור ושיחה על העבודה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חשוב שהצבע שנבחר יתאים להסבר, למשל ירוק עם ההסבר 'הבנתי את זה לבד'.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תיאור של בחירה מסוימת בעבודה והסבר לסיבה שבגללה נבחרה.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זה מראה שהוא באמת הבין ועשה את העבודה בעצמו, ולא רק הגיש תוצר מוכן.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הכוללת שלושה חלקים: תיאור הפעולה שנעשתה, צבע רמזור מתאים ונימוק קצר לבחירת הצבע.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כללי המשחק: מה מותר ומה אסור עם AI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בגילאים האלה התלמידים מתבוננים, מתעדים ומשקפים, וה-AI נמצא אצל המורה - למשל ליצירת תמונות וסיפורים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ברמה 1 אין בכלל AI - התלמיד מראה מה הוא יודע ויכול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התיעוד הפשוט הוא: מה שאלתי - מה קיבלתי - מה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ברמה 2 מותר להיעזר ב-AI רק לרעיונות ולתכנון, אבל התוצר עצמו נכתב ונבנה בידי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כללי המשחק: מה מותר ומה אסור עם AI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(רמה 1-2 - ה-AI בידי המורה)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(רמה 2-3 - שימוש מודרך ומתועד)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(בלי AI בכלל - התלמיד עובד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(AI לרעיונות ותכנון בלבד, התוצר נכתב בידי התלמיד)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(AI עוזר לאורך העבודה, והתלמיד בודק ומחליט בעצמו)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כללי המשחק: מה מותר ומה אסור עם AI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רמה 2 - כי ה-AI נתן רק רעיון לתכנון, והתוצר עצמו נבנה בידי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רמה 1 - כי ה-AI נמצא אצל המורה בלבד, והתלמידה לא משתמשת בו בעצמה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מה שאלתי את ה-AI, ומה שיניתי בתוצר שקיבלתי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המורה יוצרת תמונה או סיפור בעזרת AI ומציגה אותם לכיתה, והתלמידים מתבוננים ומגיבים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על כל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הגעתי לתוצר - את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לעצור בנקודות עצירה ולבדוק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בדיקה קצרה באמצע הדרך לפני שממשיכים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שאלתי, מה קיבלתי ומה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לתקן ולשפר לפני שהמשימה נגמרת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מסמנים צבע שמתאר כמה הבנתי או הצלחתי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מה מותר ומה אסור במשימה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כי זה מראה שבאמת הבנתי ועשיתי את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שלב אחד מהעבודה, כולל מה שאלו/קיבלו/שינו, בכמה משפטים 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שהדרך מראה איך חשבתי, מה תכננתי, מה תיקנתי ומה למדתי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מותר - לבקש רעיונות לפתיחה; אסור - להעתיק תשובה מוכנה בלי לבדוק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מתאר לפחות שני שלבים מסודרים מהעבודה, לא רק את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קיים רישום פשוט ביומן התהליך עם שלוש השאלות: שאלתי-קיבלתי-שיניתי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קונקרטית לשינוי ולסיבה לשינוי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הפרקים על פני כמה שיעורים - פרק אחד או שניים בכל פעם, עם זמן תרגול אמיתי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א׳-ג׳ מומלץ להתמקד בפרקים 1-2-5 עם ציור ושיחה, בלי שימוש עצמאי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ד׳-ו׳ אפשר להוסיף את פרק 6 ולתרגל יומן תהליך קצר עם שימוש מודרך בכלי AI שהמורה מציגה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- להפוך את יומן התהליך לטבלת סימונים (וי) במקום כתיבה חופשית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נתרגל איך לעבוד שלב אחר שלב, איך לתעד את מה שעשינו, ואיך לספר למורה או לחבר על הדרך שעברנו. בכל פרק יש תרגילים קצרים - אפשר לעבוד לבד או בזוגות, ולעצור לבדיקה בכל נקודת עצירה.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לא רק מה שהגשתי, גם איך הגעתי לזה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כשבודקים רק את התוצר הסופי, רואים את כל מה שהתלמיד חשב בדרך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זה לכתוב מה שאלתי, מה קיבלתי ומה שיניתי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עצירה היא בדיקה קצרה באמצע העבודה, לפני שממשיכים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היא החלק שבו מוחקים הכל ומתחילים מחדש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א׳-ג׳ הבינה המלאכותית נמצאת בעיקר בידי המורה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לא רק מה שהגשתי, גם איך הגעתי לזה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כותבים מה שאלתי, מה קיבלתי ומה שיניתי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מתקנים את העבודה אחרי הערות, ומראים מה תוקן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בסוף התהליך שבה מסבירים את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מחלקים את המשימה לחלקים קטנים, ולכל חלק תוצר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בדיקה קצרה של המורה או חבר באמצע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לא רק מה שהגשתי, גם איך הגעתי לזה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תלמיד הגיש כרזה יפה, אבל לא זוכר איך בנה אותה ולא יודע להסביר את הבחירות שלו. מה חסר לו, לפי מה שלמדנו?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לדבר שהייתם רושמים ביומן תהליך, בעבודה על נושא שאתם לומדים עכשיו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סדרו לפי הסדר הנכון: רפלקציה, משוב ותיקון, שלבים, תיעוד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לדעתכם חשוב שהמורה תראה גם את הטיוטות והתיקונים, ולא רק את העבודה המוגמרת?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שלבים ונקודות עצירה בדרך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כשמחלקים משימה לשלבים, יש תוצר קטן בסוף כל שלב.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עצירה היא מקום שבו ממשיכים הלאה בלי לבדוק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לתעד ביומן התהליך מה שאלנו ומה קיבלנו.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המשימה יש רפלקציה ושיחה קצרה על הדרך שעברנו.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שלבים ונקודות עצירה בדרך – התאמת שלב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תכנון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בדיקה קצרה של המורה או חבר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בוחרים נושא וכותבים רעיונות ראשונים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מקבלים הערות ומתקנים את העבודה לפיהן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חושבים בסוף על הדרך ומסבירים את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לתעד מה עשינו בדרך, שלב אחרי שלב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שלבים ונקודות עצירה בדרך – תכנון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משימה קטנה (למשל כרזה על נושא שאתם לומדים) וחלקו אותה ל-3 שלבים. לכל שלב כתבו נקודת עצירה אחת: מה בודקים לפני שממשיכים הלאה.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למה שאפשר לרשום ביומן התהליך שלכם, לפי התבנית: מה שאלתי - מה קיבלתי - מה שיניתי.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 לכיתה ממשיך לכתוב בלי לעצור ולבדוק עם אף אחד. הסבירו לו בכמה משפטים למה כדאי לעצור בנקודת עצירה.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מתעדים את הדרך: מה שאלתי, מה קיבלתי, מה שיניתי – מה זה יומן תהליך?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תהליך כותבים רק את התוצר הסופי של העבודה.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שמקבלים תשובה מבינה מלאכותית, צריך לבדוק אותה ולא להעתיק אותה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תהליך עוזר למורה לראות איך התלמיד או התלמידה חשבו בדרך, לא רק מה הגישו בסוף.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שיניתי משהו בעבודה אחרי משוב, אין צורך לכתוב מה שיניתי.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מתעדים את הדרך: מה שאלתי, מה קיבלתי, מה שיניתי – משלימים את משפטי התיעוד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שפונים לבינה מלאכותית, כדאי לחשוב מה בדיוק רוצים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שמקבלים תשובה מבינה מלאכותית, חשוב __________ אותה ולא להעתיק 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ביומן התהליך כותבים: מה שאלתי, מה __________, מה בדקתי ומה שיניתי.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מצאתי טעות בתשובה של הבינה המלאכותית, אני __________ אותה בעבודה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המשפט "מה שיניתי" ביומן מתאר את ה__________ שעשיתי בתוצר אחרי הבדיקה.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מתעדים את הדרך: מה שאלתי, מה קיבלתי, מה שיניתי – כותבים יומן תהליך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ששאלתם בינה מלאכותית שאלה על נושא שאתם לומדים עכשיו. כתבו משפט אחד: מה הייתם שואלים?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שמתאר מה אתם חושבים שהייתם מקבלים כתשובה.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אחד: איך הייתם בודקים אם התשובה שקיבלתם נכונה?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אחד: מה הייתם משנים או מתקנים בתשובה,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משוב ותיקון: לומדים מהערות – זוכרים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על עבודה יכול להגיע מהמורה, מחבר לכיתה או מבוט מלווה.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השיפור שהתלמיד עושה אחרי המשוב הוא חלק מהציון.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ביסודי מתעדים בפשטות: מה שאלתי, מה קיבלתי, מה שיניתי.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שמקבלים משוב, אסור לשנות כלום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לקבל הערת משוב בלי להסביר מה תיקנתי בעקבותיה.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משוב ותיקון: לומדים מהערות – מתאימים הערה לתיקון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כתב: התמונה יפה אבל חסר כיתוב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מוסיפים דוגמה למה שכתבתי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המורה כתבה: בדקי את האיות של המילה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מוסיפים כיתוב קצר לתמונה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 אמר: המשפט הראשון לא ברור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מוסיפים פרט קטן שחסר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המורה כתבה: תוסיפי דוגמה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מתקנים את האיות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בוט מלווה שאל: איך בדקת את המידע הזה?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כותבים את המשפט מחדש בבירור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חבר אמר: אפשר להוסיף עוד פרט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מסבירים איך בדקתי ומאיפה המידע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משוב ותיקון: לומדים מהערות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קיבלתם משוב מחבר שאמר שחסר צבע ברקע הציור. כתבו: מה תתקנו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'קיבלתי משוב' לבין 'תיקנתי בעקבות משוב'? כתבו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משוב מנומס אחד שהייתם נותנים לחבר על ציור או משפט שכתב.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לתעד מה שיניתם אחרי משוב, ולא רק לתקן בשקט?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רפלקציה ברמזור ושיחה על העבודה – מה זה רמזור?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ברפלקציה בשיטת הרמזור משתמשים בשלושה צבעים: ירוק, צהוב ואדום.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 ירוק ברמזור מסמן שהתלמיד לא הבין בכלל את השלב.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משימת ההערכה יש גם שיחה קצרה שבה התלמיד מסביר בחירה שעשה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שעשה את העבודה בעצמו יודע להסביר אותה בשיחה הקצרה.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הרמזור לרפלקציה משמש רק בכיתה א׳ ולא בכיתות הגבוהות יותר ביסודי.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רפלקציה ברמזור ושיחה על העבודה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כשתלמיד מרגיש שהוא מבין שלב בעבודה ויכול להסביר אותו, הוא מסמן ברמזור את הצבע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כשתלמיד עדיין לא בטוח ולא הבין לגמרי שלב בעבודה, הוא מסמן ברמזור את הצבע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כשתלמיד לא הבין בכלל שלב ועדיין צריך עזרה, הוא מסמן ברמזור את הצבע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בשיחה הקצרה בסוף המשימה המורה מבקשת מהתלמיד: הסבר לי את ה__________ הזו.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רפלקציה ברמזור ושיחה על העבודה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שלב אחד מעבודה שעשיתם לאחרונה. איזה צבע רמזור הייתם בוחרים לו? כתבו משפט שמסביר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שהמורה שואלת אתכם: הסבר לי את הבחירה הזו. בחרו בחירה אחת שעשיתם בעבודה וכתבו 2-3 משפטים שמסבירים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שתלמיד שעשה עבודה בעצמו יוכל להסביר אותה בעל פה? כתבו 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רפלקציה קצרה של שלושה משפטים על שלב אחד בעבודה: מה עשיתי, איזה צבע רמזור מתאים לו,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כללי המשחק: מה מותר ומה אסור עם AI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א׳-ג׳ הבינה המלאכותית נמצאת בעיקר בידי המורה, לא בידי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1 בסולם, התלמיד משתמש ב-AI כדי לכתוב את כל העבודה במקומו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ד׳-ו׳, כשמשתמשים ב-AI חשוב לתעד מה שאלו ומה קיבלו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2 בסולם, התוצר הסופי נכתב כולו על ידי ה-AI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כללי המשחק: מה מותר ומה אסור עם AI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כיתות א׳-ג׳: המורה יוצרת תמונה והתלמידים מתבוננים ומדברים עליה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AI עוזר לאורך העבודה, והתלמיד בודק ומחליט בעצמו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כיתות ד׳-ו׳: התלמיד שואל AI רעיון לכרזה ורושם ביומן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AI לרעיונות ותכנון בלבד, התוצר נכתב בידי התלמיד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1 בסולם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רמה 1-2 - ה-AI בידי המורה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רמה 2 בסולם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רמה 2-3 - שימוש מודרך ומתועד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רמה 3 בסולם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בלי AI בכלל - התלמיד עובד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כללי המשחק: מה מותר ומה אסור עם AI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תלמיד בכיתה ה׳ ביקש מ-AI רעיון לכרזה, ואז בנה את הכרזה בעצמו. באיזו רמת AIAS מדובר? הסבירו במשפט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תלמידה בכיתה ג׳ קיבלה תמונה שהמורה יצרה בעזרת AI, וכתבה עליה משפט בעצמה. רמה 1 או רמה 2?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דברים שחשוב לתעד כשמשתמשים ב-AI בכיתות ד׳-ו׳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דוגמה אחת משיעור שבה ה-AI נמצא בידי המורה בלבד, לא בידי התלמידים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 על כל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בהערכה חלופית, חוץ מהתוצר הסופי?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הגעתי לתוצר - את התהליך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כמה זמן לקח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איך זה נראה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המשימה מחולקת לשלבים?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שהמשימה תהיה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לעצור בנקודות עצירה ולבדוק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שלא יהיה זמן לסיים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"נקודת עצירה"?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בדיקה קצרה באמצע הדרך לפני שממשיכים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הפסקה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רושמים ביומן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שאלתי, מה קיבלתי ומה שיניתי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לקבל משוב באמצע הדרך ולא רק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לקבל ציון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לתקן ולשפר לפני שהמשימה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ממש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ב"רפלקציה ברמזור"?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צובעים תמונה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מסמנים צבע שמתאר כמה הבנתי או הצלחתי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חשוב לדעת לפני שמשתמשים ב-AI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דבר, מותר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מותר ומה אסור במשימה הזו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הסיסמה של 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צבע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חשוב לדעת להסביר את הבחירות שעשיתי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מראה שבאמת הבנתי ועשיתי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חייבים בלי שום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מקצר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שלב אחד שעשיתם במשימה: מה עשיתם בשלב הזה, ומה רשמתם ביומן התהליך?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שלכם: למה חשוב לבדוק גם את הדרך שבה עשינו עבודה, ולא רק את התוצר הסופי?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אחת למשהו שמותר לעשות עם AI במשימה, ודוגמה אחת למשהו שאסור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לחבר מה עשיתי בכל שלב בעבודה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תיעדתי ביומן התהליך מה שאלתי, מה קיבלתי ומה שיניתי?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להראות דוגמה אחת לדבר שתיקנתי אחרי 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הערכה חלופית בעידן ה-AI: מתוצר לתהליך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